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0C13A" w14:textId="77777777" w:rsidR="00A02DC9" w:rsidRPr="00351529" w:rsidRDefault="00000000" w:rsidP="00351529">
      <w:pPr>
        <w:pStyle w:val="Titre1"/>
        <w:jc w:val="center"/>
        <w:rPr>
          <w:color w:val="000000" w:themeColor="text1"/>
          <w:lang w:val="fr-FR"/>
        </w:rPr>
      </w:pPr>
      <w:r w:rsidRPr="00351529">
        <w:rPr>
          <w:color w:val="000000" w:themeColor="text1"/>
          <w:lang w:val="fr-FR"/>
        </w:rPr>
        <w:t>PLATEFORME DE CYTOMÉTRIE PITIÉ-SALPÊTRIÈRE (CyPS)</w:t>
      </w:r>
    </w:p>
    <w:p w14:paraId="6CD18D28" w14:textId="77777777" w:rsidR="00351529" w:rsidRPr="00351529" w:rsidRDefault="00000000" w:rsidP="00A60AE8">
      <w:pPr>
        <w:jc w:val="center"/>
        <w:rPr>
          <w:color w:val="1F497D" w:themeColor="text2"/>
          <w:lang w:val="fr-FR"/>
        </w:rPr>
      </w:pPr>
      <w:r w:rsidRPr="00351529">
        <w:rPr>
          <w:color w:val="1F497D" w:themeColor="text2"/>
          <w:lang w:val="fr-FR"/>
        </w:rPr>
        <w:t>Autorisation et prise de responsabilité – Présence hors horaires du personnel (9h-18h)</w:t>
      </w:r>
    </w:p>
    <w:p w14:paraId="7EA7AC8D" w14:textId="77777777" w:rsidR="00A60AE8" w:rsidRDefault="00000000" w:rsidP="00A60AE8">
      <w:pPr>
        <w:jc w:val="both"/>
        <w:rPr>
          <w:lang w:val="fr-FR"/>
        </w:rPr>
      </w:pPr>
      <w:r w:rsidRPr="00351529">
        <w:rPr>
          <w:lang w:val="fr-FR"/>
        </w:rPr>
        <w:t>Dans le cadre de l’</w:t>
      </w:r>
      <w:r w:rsidR="00351529">
        <w:rPr>
          <w:lang w:val="fr-FR"/>
        </w:rPr>
        <w:t>activité autonome sur</w:t>
      </w:r>
      <w:r w:rsidRPr="00351529">
        <w:rPr>
          <w:lang w:val="fr-FR"/>
        </w:rPr>
        <w:t xml:space="preserve"> la Plateforme de Cytométrie Pitié-Salpêtrière (CyPS), toute présence d’un utilisateur en dehors des horaires de présence du personnel (9h – 18h) est effectuée sous l’entière responsabilité de son responsable hiérarchique.</w:t>
      </w:r>
    </w:p>
    <w:p w14:paraId="752722A5" w14:textId="10318C3D" w:rsidR="00A60AE8" w:rsidRPr="00A60AE8" w:rsidRDefault="00A60AE8" w:rsidP="00A60AE8">
      <w:pPr>
        <w:jc w:val="center"/>
        <w:rPr>
          <w:rFonts w:ascii="Cambria" w:hAnsi="Cambria"/>
          <w:lang w:val="fr-FR"/>
        </w:rPr>
      </w:pPr>
      <w:r>
        <w:rPr>
          <w:rFonts w:ascii="Cambria" w:hAnsi="Cambria"/>
          <w:lang w:val="fr-FR"/>
        </w:rPr>
        <w:t>••••••••••••</w:t>
      </w:r>
    </w:p>
    <w:p w14:paraId="76C26689" w14:textId="3DA16EDE" w:rsidR="005B25CB" w:rsidRDefault="005B25CB" w:rsidP="00A60AE8">
      <w:pPr>
        <w:rPr>
          <w:lang w:val="fr-FR"/>
        </w:rPr>
      </w:pPr>
      <w:r w:rsidRPr="005B25CB">
        <w:rPr>
          <w:u w:val="single"/>
          <w:lang w:val="fr-FR"/>
        </w:rPr>
        <w:t>Utilisateur</w:t>
      </w:r>
      <w:r w:rsidR="00A60AE8">
        <w:rPr>
          <w:u w:val="single"/>
          <w:lang w:val="fr-FR"/>
        </w:rPr>
        <w:t> :</w:t>
      </w:r>
    </w:p>
    <w:p w14:paraId="17972C7C" w14:textId="77777777" w:rsidR="004424C8" w:rsidRDefault="00000000">
      <w:pPr>
        <w:rPr>
          <w:lang w:val="fr-FR"/>
        </w:rPr>
        <w:sectPr w:rsidR="004424C8" w:rsidSect="001843E4">
          <w:headerReference w:type="default" r:id="rId8"/>
          <w:footerReference w:type="default" r:id="rId9"/>
          <w:pgSz w:w="12240" w:h="15840"/>
          <w:pgMar w:top="737" w:right="1418" w:bottom="907" w:left="1418" w:header="278" w:footer="278" w:gutter="0"/>
          <w:cols w:space="720"/>
          <w:docGrid w:linePitch="360"/>
        </w:sectPr>
      </w:pPr>
      <w:r w:rsidRPr="00351529">
        <w:rPr>
          <w:lang w:val="fr-FR"/>
        </w:rPr>
        <w:t>Conformément à la charte de fonctionnement et de sécurité de CyPS, je soussigné(e) :</w:t>
      </w:r>
    </w:p>
    <w:p w14:paraId="1B0DBCED" w14:textId="170C9AC7" w:rsidR="00A02DC9" w:rsidRPr="00351529" w:rsidRDefault="00000000">
      <w:pPr>
        <w:rPr>
          <w:lang w:val="fr-FR"/>
        </w:rPr>
      </w:pPr>
      <w:r w:rsidRPr="00351529">
        <w:rPr>
          <w:lang w:val="fr-FR"/>
        </w:rPr>
        <w:t>Nom – Prénom de l’utilisateur : ....................................................</w:t>
      </w:r>
      <w:r w:rsidR="004424C8">
        <w:rPr>
          <w:lang w:val="fr-FR"/>
        </w:rPr>
        <w:t>..........................................................................................</w:t>
      </w:r>
    </w:p>
    <w:p w14:paraId="791592A1" w14:textId="06F21A46" w:rsidR="00A02DC9" w:rsidRPr="00351529" w:rsidRDefault="00000000">
      <w:pPr>
        <w:rPr>
          <w:lang w:val="fr-FR"/>
        </w:rPr>
      </w:pPr>
      <w:r w:rsidRPr="00351529">
        <w:rPr>
          <w:lang w:val="fr-FR"/>
        </w:rPr>
        <w:t>Équipe/Laboratoire : ....................................................</w:t>
      </w:r>
      <w:r w:rsidR="004424C8">
        <w:rPr>
          <w:lang w:val="fr-FR"/>
        </w:rPr>
        <w:t>...............................................................................................................</w:t>
      </w:r>
    </w:p>
    <w:p w14:paraId="4BA73614" w14:textId="54D42B07" w:rsidR="00A02DC9" w:rsidRPr="00351529" w:rsidRDefault="00000000">
      <w:pPr>
        <w:rPr>
          <w:lang w:val="fr-FR"/>
        </w:rPr>
      </w:pPr>
      <w:r w:rsidRPr="00351529">
        <w:rPr>
          <w:lang w:val="fr-FR"/>
        </w:rPr>
        <w:t>Fonction : ....................................................</w:t>
      </w:r>
      <w:r w:rsidR="004424C8">
        <w:rPr>
          <w:lang w:val="fr-FR"/>
        </w:rPr>
        <w:t>......................................................................................................................................</w:t>
      </w:r>
    </w:p>
    <w:p w14:paraId="09102146" w14:textId="77777777" w:rsidR="004424C8" w:rsidRDefault="004424C8">
      <w:pPr>
        <w:rPr>
          <w:lang w:val="fr-FR"/>
        </w:rPr>
        <w:sectPr w:rsidR="004424C8" w:rsidSect="004424C8">
          <w:type w:val="continuous"/>
          <w:pgSz w:w="12240" w:h="15840"/>
          <w:pgMar w:top="737" w:right="1418" w:bottom="907" w:left="1418" w:header="278" w:footer="278" w:gutter="0"/>
          <w:cols w:space="720"/>
          <w:formProt w:val="0"/>
          <w:docGrid w:linePitch="360"/>
        </w:sectPr>
      </w:pPr>
    </w:p>
    <w:p w14:paraId="68D28663" w14:textId="59CA3A71" w:rsidR="00351529" w:rsidRDefault="00000000">
      <w:pPr>
        <w:rPr>
          <w:lang w:val="fr-FR"/>
        </w:rPr>
      </w:pPr>
      <w:r w:rsidRPr="00351529">
        <w:rPr>
          <w:lang w:val="fr-FR"/>
        </w:rPr>
        <w:t>déclare avoir pris connaissance :</w:t>
      </w:r>
      <w:r w:rsidRPr="00351529">
        <w:rPr>
          <w:lang w:val="fr-FR"/>
        </w:rPr>
        <w:br/>
        <w:t>- des règles d’hygiène et de sécurité en vigueur à CyPS ;</w:t>
      </w:r>
      <w:r w:rsidRPr="00351529">
        <w:rPr>
          <w:lang w:val="fr-FR"/>
        </w:rPr>
        <w:br/>
        <w:t>- de l’interdiction de manipuler des échantillons de classe 2 ou 3 sans dérogation écrite préalable ;</w:t>
      </w:r>
      <w:r w:rsidRPr="00351529">
        <w:rPr>
          <w:lang w:val="fr-FR"/>
        </w:rPr>
        <w:br/>
        <w:t>- des numéros d’urgence et consignes affichés sur la plateforme.</w:t>
      </w:r>
      <w:r w:rsidRPr="00351529">
        <w:rPr>
          <w:lang w:val="fr-FR"/>
        </w:rPr>
        <w:br/>
      </w:r>
      <w:r w:rsidRPr="00351529">
        <w:rPr>
          <w:lang w:val="fr-FR"/>
        </w:rPr>
        <w:br/>
        <w:t>Je m’engage à</w:t>
      </w:r>
      <w:r w:rsidR="00535D0F">
        <w:rPr>
          <w:lang w:val="fr-FR"/>
        </w:rPr>
        <w:t xml:space="preserve"> </w:t>
      </w:r>
      <w:r w:rsidR="005B25CB">
        <w:rPr>
          <w:lang w:val="fr-FR"/>
        </w:rPr>
        <w:t>suivre</w:t>
      </w:r>
      <w:r w:rsidR="005B25CB" w:rsidRPr="00351529">
        <w:rPr>
          <w:lang w:val="fr-FR"/>
        </w:rPr>
        <w:t xml:space="preserve"> </w:t>
      </w:r>
      <w:r w:rsidR="005B25CB">
        <w:rPr>
          <w:lang w:val="fr-FR"/>
        </w:rPr>
        <w:t>l</w:t>
      </w:r>
      <w:r w:rsidR="005B25CB" w:rsidRPr="00351529">
        <w:rPr>
          <w:lang w:val="fr-FR"/>
        </w:rPr>
        <w:t>es procédures spécifiques applicables en cas de travail isolé</w:t>
      </w:r>
      <w:r w:rsidR="005B25CB">
        <w:rPr>
          <w:lang w:val="fr-FR"/>
        </w:rPr>
        <w:t> :</w:t>
      </w:r>
      <w:r w:rsidRPr="00351529">
        <w:rPr>
          <w:lang w:val="fr-FR"/>
        </w:rPr>
        <w:br/>
        <w:t>- inscri</w:t>
      </w:r>
      <w:r w:rsidR="00535D0F">
        <w:rPr>
          <w:lang w:val="fr-FR"/>
        </w:rPr>
        <w:t>r</w:t>
      </w:r>
      <w:r w:rsidRPr="00351529">
        <w:rPr>
          <w:lang w:val="fr-FR"/>
        </w:rPr>
        <w:t xml:space="preserve">e </w:t>
      </w:r>
      <w:r w:rsidR="00535D0F">
        <w:rPr>
          <w:lang w:val="fr-FR"/>
        </w:rPr>
        <w:t>m</w:t>
      </w:r>
      <w:r w:rsidRPr="00351529">
        <w:rPr>
          <w:lang w:val="fr-FR"/>
        </w:rPr>
        <w:t>es horaires d’ar</w:t>
      </w:r>
      <w:r w:rsidR="00351529">
        <w:rPr>
          <w:lang w:val="fr-FR"/>
        </w:rPr>
        <w:t xml:space="preserve">rivée </w:t>
      </w:r>
      <w:r w:rsidRPr="00351529">
        <w:rPr>
          <w:lang w:val="fr-FR"/>
        </w:rPr>
        <w:t xml:space="preserve">et de départ sur le registre prévu à cet effet </w:t>
      </w:r>
      <w:r w:rsidR="005B25CB">
        <w:rPr>
          <w:lang w:val="fr-FR"/>
        </w:rPr>
        <w:t>à la loge du 105</w:t>
      </w:r>
      <w:r w:rsidRPr="00351529">
        <w:rPr>
          <w:lang w:val="fr-FR"/>
        </w:rPr>
        <w:t>;</w:t>
      </w:r>
      <w:r w:rsidRPr="00351529">
        <w:rPr>
          <w:lang w:val="fr-FR"/>
        </w:rPr>
        <w:br/>
        <w:t>- prév</w:t>
      </w:r>
      <w:r w:rsidR="00535D0F">
        <w:rPr>
          <w:lang w:val="fr-FR"/>
        </w:rPr>
        <w:t>enir</w:t>
      </w:r>
      <w:r w:rsidRPr="00351529">
        <w:rPr>
          <w:lang w:val="fr-FR"/>
        </w:rPr>
        <w:t xml:space="preserve"> </w:t>
      </w:r>
      <w:r w:rsidR="00535D0F">
        <w:rPr>
          <w:lang w:val="fr-FR"/>
        </w:rPr>
        <w:t>m</w:t>
      </w:r>
      <w:r w:rsidRPr="00351529">
        <w:rPr>
          <w:lang w:val="fr-FR"/>
        </w:rPr>
        <w:t xml:space="preserve">on responsable hiérarchique </w:t>
      </w:r>
      <w:r w:rsidR="00535D0F">
        <w:rPr>
          <w:lang w:val="fr-FR"/>
        </w:rPr>
        <w:t xml:space="preserve">ou toute autre personne qu’il aura désignée </w:t>
      </w:r>
      <w:r w:rsidRPr="00351529">
        <w:rPr>
          <w:lang w:val="fr-FR"/>
        </w:rPr>
        <w:t xml:space="preserve">à </w:t>
      </w:r>
      <w:r w:rsidR="00535D0F">
        <w:rPr>
          <w:lang w:val="fr-FR"/>
        </w:rPr>
        <w:t>m</w:t>
      </w:r>
      <w:r w:rsidRPr="00351529">
        <w:rPr>
          <w:lang w:val="fr-FR"/>
        </w:rPr>
        <w:t xml:space="preserve">on arrivée et à </w:t>
      </w:r>
      <w:r w:rsidR="00535D0F">
        <w:rPr>
          <w:lang w:val="fr-FR"/>
        </w:rPr>
        <w:t>m</w:t>
      </w:r>
      <w:r w:rsidRPr="00351529">
        <w:rPr>
          <w:lang w:val="fr-FR"/>
        </w:rPr>
        <w:t>on départ ;</w:t>
      </w:r>
      <w:r w:rsidRPr="00351529">
        <w:rPr>
          <w:lang w:val="fr-FR"/>
        </w:rPr>
        <w:br/>
        <w:t>- respecte</w:t>
      </w:r>
      <w:r w:rsidR="00535D0F">
        <w:rPr>
          <w:lang w:val="fr-FR"/>
        </w:rPr>
        <w:t>r</w:t>
      </w:r>
      <w:r w:rsidRPr="00351529">
        <w:rPr>
          <w:lang w:val="fr-FR"/>
        </w:rPr>
        <w:t xml:space="preserve"> toutes les procédures de sécurité mentionnées dans la charte CyPS.</w:t>
      </w:r>
    </w:p>
    <w:p w14:paraId="1AF89411" w14:textId="4D54FD6F" w:rsidR="00A60AE8" w:rsidRPr="00351529" w:rsidRDefault="00A60AE8" w:rsidP="00A60AE8">
      <w:pPr>
        <w:jc w:val="center"/>
        <w:rPr>
          <w:lang w:val="fr-FR"/>
        </w:rPr>
      </w:pPr>
      <w:r>
        <w:rPr>
          <w:rFonts w:ascii="Cambria" w:hAnsi="Cambria"/>
          <w:lang w:val="fr-FR"/>
        </w:rPr>
        <w:t>••••••••••••</w:t>
      </w:r>
    </w:p>
    <w:p w14:paraId="252B48D4" w14:textId="60B843E5" w:rsidR="005B25CB" w:rsidRDefault="005B25CB">
      <w:pPr>
        <w:rPr>
          <w:lang w:val="fr-FR"/>
        </w:rPr>
      </w:pPr>
      <w:r w:rsidRPr="005B25CB">
        <w:rPr>
          <w:u w:val="single"/>
          <w:lang w:val="fr-FR"/>
        </w:rPr>
        <w:t>Responsable hiérarchique :</w:t>
      </w:r>
    </w:p>
    <w:p w14:paraId="5F679091" w14:textId="77777777" w:rsidR="00535D0F" w:rsidRDefault="00535D0F" w:rsidP="00535D0F">
      <w:pPr>
        <w:rPr>
          <w:lang w:val="fr-FR"/>
        </w:rPr>
      </w:pPr>
      <w:r>
        <w:rPr>
          <w:lang w:val="fr-FR"/>
        </w:rPr>
        <w:t>Je soussigné(e) :</w:t>
      </w:r>
    </w:p>
    <w:p w14:paraId="4AD92849" w14:textId="77777777" w:rsidR="004424C8" w:rsidRDefault="004424C8" w:rsidP="00535D0F">
      <w:pPr>
        <w:rPr>
          <w:lang w:val="fr-FR"/>
        </w:rPr>
        <w:sectPr w:rsidR="004424C8" w:rsidSect="004424C8">
          <w:type w:val="continuous"/>
          <w:pgSz w:w="12240" w:h="15840"/>
          <w:pgMar w:top="737" w:right="1418" w:bottom="907" w:left="1418" w:header="278" w:footer="278" w:gutter="0"/>
          <w:cols w:space="720"/>
          <w:docGrid w:linePitch="360"/>
        </w:sectPr>
      </w:pPr>
    </w:p>
    <w:p w14:paraId="2321E7E3" w14:textId="542200F1" w:rsidR="00535D0F" w:rsidRDefault="00535D0F" w:rsidP="00535D0F">
      <w:pPr>
        <w:rPr>
          <w:lang w:val="fr-FR"/>
        </w:rPr>
      </w:pPr>
      <w:r>
        <w:rPr>
          <w:lang w:val="fr-FR"/>
        </w:rPr>
        <w:t>Nom – Prénom du responsable hiérarchique :</w:t>
      </w:r>
      <w:r w:rsidR="00A60AE8">
        <w:rPr>
          <w:lang w:val="fr-FR"/>
        </w:rPr>
        <w:t xml:space="preserve"> </w:t>
      </w:r>
      <w:r>
        <w:rPr>
          <w:lang w:val="fr-FR"/>
        </w:rPr>
        <w:t>………………………………</w:t>
      </w:r>
      <w:r w:rsidR="004424C8">
        <w:rPr>
          <w:lang w:val="fr-FR"/>
        </w:rPr>
        <w:t>………………………………………………...</w:t>
      </w:r>
    </w:p>
    <w:p w14:paraId="07EB58A8" w14:textId="77777777" w:rsidR="004424C8" w:rsidRDefault="004424C8" w:rsidP="00535D0F">
      <w:pPr>
        <w:rPr>
          <w:lang w:val="fr-FR"/>
        </w:rPr>
        <w:sectPr w:rsidR="004424C8" w:rsidSect="004424C8">
          <w:type w:val="continuous"/>
          <w:pgSz w:w="12240" w:h="15840"/>
          <w:pgMar w:top="737" w:right="1418" w:bottom="907" w:left="1418" w:header="278" w:footer="278" w:gutter="0"/>
          <w:cols w:space="720"/>
          <w:formProt w:val="0"/>
          <w:docGrid w:linePitch="360"/>
        </w:sectPr>
      </w:pPr>
    </w:p>
    <w:p w14:paraId="66C9C7CE" w14:textId="77777777" w:rsidR="00535D0F" w:rsidRDefault="00535D0F" w:rsidP="00535D0F">
      <w:pPr>
        <w:rPr>
          <w:lang w:val="fr-FR"/>
        </w:rPr>
      </w:pPr>
      <w:r w:rsidRPr="00351529">
        <w:rPr>
          <w:lang w:val="fr-FR"/>
        </w:rPr>
        <w:t>Je reconnais que la présence de l’utilisateur susmentionné sur la plateforme CyPS en dehors des horaires du personnel est placée sous ma responsabilité et qu’en cas d’incident, je resterai l’interlocuteur privilégié de CyPS.</w:t>
      </w:r>
    </w:p>
    <w:p w14:paraId="109E5D6E" w14:textId="77777777" w:rsidR="00A60AE8" w:rsidRPr="00351529" w:rsidRDefault="00A60AE8" w:rsidP="00535D0F">
      <w:pPr>
        <w:rPr>
          <w:lang w:val="fr-FR"/>
        </w:rPr>
      </w:pPr>
    </w:p>
    <w:p w14:paraId="6AB4DA3A" w14:textId="77777777" w:rsidR="004424C8" w:rsidRDefault="004424C8" w:rsidP="005B25CB">
      <w:pPr>
        <w:rPr>
          <w:lang w:val="fr-FR"/>
        </w:rPr>
        <w:sectPr w:rsidR="004424C8" w:rsidSect="004424C8">
          <w:type w:val="continuous"/>
          <w:pgSz w:w="12240" w:h="15840"/>
          <w:pgMar w:top="737" w:right="1418" w:bottom="907" w:left="1418" w:header="278" w:footer="278" w:gutter="0"/>
          <w:cols w:space="720"/>
          <w:docGrid w:linePitch="360"/>
        </w:sectPr>
      </w:pPr>
    </w:p>
    <w:p w14:paraId="1811A04E" w14:textId="310524EF" w:rsidR="005B25CB" w:rsidRPr="00351529" w:rsidRDefault="005B25CB" w:rsidP="005B25CB">
      <w:pPr>
        <w:rPr>
          <w:lang w:val="fr-FR"/>
        </w:rPr>
      </w:pPr>
      <w:r w:rsidRPr="00351529">
        <w:rPr>
          <w:lang w:val="fr-FR"/>
        </w:rPr>
        <w:t>Fait à ...................................................., le ....................</w:t>
      </w:r>
      <w:r w:rsidR="004424C8">
        <w:rPr>
          <w:lang w:val="fr-FR"/>
        </w:rPr>
        <w:t>.......................</w:t>
      </w:r>
    </w:p>
    <w:p w14:paraId="5BAAA8FB" w14:textId="0B19BD2E" w:rsidR="005B25CB" w:rsidRDefault="005B25CB">
      <w:pPr>
        <w:rPr>
          <w:lang w:val="fr-FR"/>
        </w:rPr>
      </w:pPr>
      <w:r w:rsidRPr="00351529">
        <w:rPr>
          <w:lang w:val="fr-FR"/>
        </w:rPr>
        <w:t>Signature de l’utilisateur :</w:t>
      </w:r>
      <w:r w:rsidR="001843E4">
        <w:rPr>
          <w:lang w:val="fr-FR"/>
        </w:rPr>
        <w:tab/>
      </w:r>
      <w:r w:rsidR="001843E4">
        <w:rPr>
          <w:lang w:val="fr-FR"/>
        </w:rPr>
        <w:tab/>
      </w:r>
      <w:r w:rsidR="001843E4">
        <w:rPr>
          <w:lang w:val="fr-FR"/>
        </w:rPr>
        <w:tab/>
      </w:r>
      <w:r w:rsidR="001843E4">
        <w:rPr>
          <w:lang w:val="fr-FR"/>
        </w:rPr>
        <w:tab/>
      </w:r>
      <w:r w:rsidR="001843E4" w:rsidRPr="00351529">
        <w:rPr>
          <w:lang w:val="fr-FR"/>
        </w:rPr>
        <w:t>Signature du responsable hiérarchique :</w:t>
      </w:r>
      <w:r w:rsidRPr="00351529">
        <w:rPr>
          <w:lang w:val="fr-FR"/>
        </w:rPr>
        <w:br/>
      </w:r>
      <w:r w:rsidRPr="00351529">
        <w:rPr>
          <w:lang w:val="fr-FR"/>
        </w:rPr>
        <w:br/>
      </w:r>
      <w:r w:rsidRPr="00351529">
        <w:rPr>
          <w:lang w:val="fr-FR"/>
        </w:rPr>
        <w:br/>
        <w:t xml:space="preserve">Visa </w:t>
      </w:r>
      <w:proofErr w:type="spellStart"/>
      <w:r w:rsidRPr="00351529">
        <w:rPr>
          <w:lang w:val="fr-FR"/>
        </w:rPr>
        <w:t>CyPS</w:t>
      </w:r>
      <w:proofErr w:type="spellEnd"/>
      <w:r w:rsidRPr="00351529">
        <w:rPr>
          <w:lang w:val="fr-FR"/>
        </w:rPr>
        <w:t xml:space="preserve"> (Responsable opérationnel) :</w:t>
      </w:r>
    </w:p>
    <w:sectPr w:rsidR="005B25CB" w:rsidSect="004424C8">
      <w:type w:val="continuous"/>
      <w:pgSz w:w="12240" w:h="15840"/>
      <w:pgMar w:top="737" w:right="1418" w:bottom="907" w:left="1418" w:header="278" w:footer="27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1E3135" w14:textId="77777777" w:rsidR="00B9678B" w:rsidRDefault="00B9678B" w:rsidP="00A60AE8">
      <w:pPr>
        <w:spacing w:after="0" w:line="240" w:lineRule="auto"/>
      </w:pPr>
      <w:r>
        <w:separator/>
      </w:r>
    </w:p>
  </w:endnote>
  <w:endnote w:type="continuationSeparator" w:id="0">
    <w:p w14:paraId="0016CF0D" w14:textId="77777777" w:rsidR="00B9678B" w:rsidRDefault="00B9678B" w:rsidP="00A60A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B06C0" w14:textId="49B098BE" w:rsidR="001843E4" w:rsidRPr="001843E4" w:rsidRDefault="001843E4" w:rsidP="001843E4">
    <w:pPr>
      <w:pStyle w:val="Pieddepage"/>
      <w:ind w:hanging="1134"/>
      <w:rPr>
        <w:lang w:val="fr-FR"/>
      </w:rPr>
    </w:pPr>
    <w:r>
      <w:rPr>
        <w:lang w:val="fr-FR"/>
      </w:rPr>
      <w:t>Version Octobre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C422D" w14:textId="77777777" w:rsidR="00B9678B" w:rsidRDefault="00B9678B" w:rsidP="00A60AE8">
      <w:pPr>
        <w:spacing w:after="0" w:line="240" w:lineRule="auto"/>
      </w:pPr>
      <w:r>
        <w:separator/>
      </w:r>
    </w:p>
  </w:footnote>
  <w:footnote w:type="continuationSeparator" w:id="0">
    <w:p w14:paraId="4D980F1F" w14:textId="77777777" w:rsidR="00B9678B" w:rsidRDefault="00B9678B" w:rsidP="00A60A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5C6F0" w14:textId="4B214EE5" w:rsidR="00A60AE8" w:rsidRPr="00A60AE8" w:rsidRDefault="00A60AE8" w:rsidP="00A60AE8">
    <w:pPr>
      <w:pStyle w:val="En-tte"/>
      <w:ind w:hanging="1134"/>
      <w:rPr>
        <w:lang w:val="fr-FR"/>
      </w:rPr>
    </w:pPr>
    <w:r>
      <w:rPr>
        <w:lang w:val="fr-FR"/>
      </w:rPr>
      <w:t>Annexe 4 – Autorisation de travail isolé</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74" type="#_x0000_t75" style="width:8.9pt;height:8.9pt" o:bullet="t">
        <v:imagedata r:id="rId1" o:title="BD14582_"/>
      </v:shape>
    </w:pict>
  </w:numPicBullet>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1230727300">
    <w:abstractNumId w:val="8"/>
  </w:num>
  <w:num w:numId="2" w16cid:durableId="1084765144">
    <w:abstractNumId w:val="6"/>
  </w:num>
  <w:num w:numId="3" w16cid:durableId="1900242956">
    <w:abstractNumId w:val="5"/>
  </w:num>
  <w:num w:numId="4" w16cid:durableId="557864623">
    <w:abstractNumId w:val="4"/>
  </w:num>
  <w:num w:numId="5" w16cid:durableId="1045330201">
    <w:abstractNumId w:val="7"/>
  </w:num>
  <w:num w:numId="6" w16cid:durableId="948778222">
    <w:abstractNumId w:val="3"/>
  </w:num>
  <w:num w:numId="7" w16cid:durableId="254828370">
    <w:abstractNumId w:val="2"/>
  </w:num>
  <w:num w:numId="8" w16cid:durableId="420830904">
    <w:abstractNumId w:val="1"/>
  </w:num>
  <w:num w:numId="9" w16cid:durableId="1319572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ocumentProtection w:edit="forms" w:enforcement="1" w:cryptProviderType="rsaAES" w:cryptAlgorithmClass="hash" w:cryptAlgorithmType="typeAny" w:cryptAlgorithmSid="14" w:cryptSpinCount="100000" w:hash="mKaU0mFf5thpf846Dv3VVjtY4JKjWPuwCp2L1Jx3D1TAOcSRiXsBOI1AB/l/VeuaoGjszNOQeImb3dKIRcQk2A==" w:salt="vO9t7D7Y2gTMToon9jIEUg=="/>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843E4"/>
    <w:rsid w:val="002301F6"/>
    <w:rsid w:val="0029639D"/>
    <w:rsid w:val="00326F90"/>
    <w:rsid w:val="00351529"/>
    <w:rsid w:val="004424C8"/>
    <w:rsid w:val="004D306D"/>
    <w:rsid w:val="00535D0F"/>
    <w:rsid w:val="005B25CB"/>
    <w:rsid w:val="0085117C"/>
    <w:rsid w:val="00A02DC9"/>
    <w:rsid w:val="00A15091"/>
    <w:rsid w:val="00A60AE8"/>
    <w:rsid w:val="00AA1D8D"/>
    <w:rsid w:val="00B47730"/>
    <w:rsid w:val="00B9678B"/>
    <w:rsid w:val="00CB0664"/>
    <w:rsid w:val="00FB512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FE0DC6"/>
  <w14:defaultImageDpi w14:val="300"/>
  <w15:docId w15:val="{64B8530E-2CD3-A046-A7FB-2A268F0FE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353</Words>
  <Characters>1943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2292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Bénédicte</cp:lastModifiedBy>
  <cp:revision>5</cp:revision>
  <dcterms:created xsi:type="dcterms:W3CDTF">2025-10-06T14:34:00Z</dcterms:created>
  <dcterms:modified xsi:type="dcterms:W3CDTF">2025-10-07T08:14:00Z</dcterms:modified>
  <cp:category/>
</cp:coreProperties>
</file>